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9F345" w14:textId="77777777" w:rsidR="00017CE0" w:rsidRDefault="00000000">
      <w:pPr>
        <w:jc w:val="center"/>
      </w:pPr>
      <w:r>
        <w:rPr>
          <w:b/>
          <w:sz w:val="32"/>
        </w:rPr>
        <w:t>Glastonbury Worksheet - AQA A-Level Geography: Changing Places</w:t>
      </w:r>
    </w:p>
    <w:p w14:paraId="4BD66CD1" w14:textId="77777777" w:rsidR="00017CE0" w:rsidRDefault="00000000">
      <w:r>
        <w:t>Name: _____________________    Date: ____________</w:t>
      </w:r>
    </w:p>
    <w:p w14:paraId="7C196417" w14:textId="77777777" w:rsidR="00017CE0" w:rsidRDefault="00017CE0"/>
    <w:p w14:paraId="7521C236" w14:textId="77777777" w:rsidR="00017CE0" w:rsidRDefault="00000000">
      <w:pPr>
        <w:pStyle w:val="Heading1"/>
      </w:pPr>
      <w:r>
        <w:t>Part A - Location</w:t>
      </w:r>
    </w:p>
    <w:p w14:paraId="2B247533" w14:textId="77777777" w:rsidR="00017CE0" w:rsidRDefault="00000000">
      <w:r>
        <w:t>Glastonbury is in Somerset, approximately 23 miles south of Bristol. It is located at latitude 51.1456N and longitude 2.7144W and situated on the Somerset Levels.</w:t>
      </w:r>
    </w:p>
    <w:p w14:paraId="30B0E871" w14:textId="77777777" w:rsidR="00017CE0" w:rsidRDefault="00000000">
      <w:r>
        <w:t>1. What county is Glastonbury located in?</w:t>
      </w:r>
    </w:p>
    <w:p w14:paraId="5CBC8713" w14:textId="77777777" w:rsidR="00AF3C2F" w:rsidRDefault="00AF3C2F" w:rsidP="00AF3C2F">
      <w:r>
        <w:t>_________________________________________________________________________________________________________</w:t>
      </w:r>
    </w:p>
    <w:p w14:paraId="4A4CE123" w14:textId="77777777" w:rsidR="00017CE0" w:rsidRDefault="00000000">
      <w:r>
        <w:t>2. Approximately how far is it from Bristol?</w:t>
      </w:r>
    </w:p>
    <w:p w14:paraId="1DC2FEFA" w14:textId="77777777" w:rsidR="00AF3C2F" w:rsidRDefault="00AF3C2F" w:rsidP="00AF3C2F">
      <w:r>
        <w:t>_________________________________________________________________________________________________________</w:t>
      </w:r>
    </w:p>
    <w:p w14:paraId="16122D88" w14:textId="77777777" w:rsidR="00017CE0" w:rsidRDefault="00000000">
      <w:r>
        <w:t>3. Why is this information considered location?</w:t>
      </w:r>
    </w:p>
    <w:p w14:paraId="39EB9514" w14:textId="77777777" w:rsidR="00AF3C2F" w:rsidRDefault="00AF3C2F" w:rsidP="00AF3C2F">
      <w:r>
        <w:t>_________________________________________________________________________________________________________</w:t>
      </w:r>
    </w:p>
    <w:p w14:paraId="31A0C02A" w14:textId="77777777" w:rsidR="00017CE0" w:rsidRDefault="00000000">
      <w:pPr>
        <w:pStyle w:val="Heading1"/>
      </w:pPr>
      <w:r>
        <w:t>Part B - Locale</w:t>
      </w:r>
    </w:p>
    <w:p w14:paraId="7EF8E7F1" w14:textId="77777777" w:rsidR="00017CE0" w:rsidRDefault="00000000">
      <w:r>
        <w:t>Glastonbury contains Glastonbury Abbey, Glastonbury Tor, independent shops, religious sites, tourist attractions and historic landmarks.</w:t>
      </w:r>
    </w:p>
    <w:p w14:paraId="2DE6FCD7" w14:textId="77777777" w:rsidR="00017CE0" w:rsidRDefault="00000000">
      <w:r>
        <w:t>4. Give three features of Glastonbury's locale.</w:t>
      </w:r>
    </w:p>
    <w:p w14:paraId="117E9A5A" w14:textId="3B834786" w:rsidR="00017CE0" w:rsidRDefault="00000000">
      <w:r>
        <w:t>_____________________________________________________</w:t>
      </w:r>
      <w:r w:rsidR="00AF3C2F">
        <w:t>____________________________________________________</w:t>
      </w:r>
    </w:p>
    <w:p w14:paraId="78842E00" w14:textId="77777777" w:rsidR="00AF3C2F" w:rsidRDefault="00AF3C2F" w:rsidP="00AF3C2F">
      <w:r>
        <w:t>_________________________________________________________________________________________________________</w:t>
      </w:r>
    </w:p>
    <w:p w14:paraId="71345F21" w14:textId="77777777" w:rsidR="00017CE0" w:rsidRDefault="00000000">
      <w:r>
        <w:t xml:space="preserve">5. Why does </w:t>
      </w:r>
      <w:proofErr w:type="gramStart"/>
      <w:r>
        <w:t>locale</w:t>
      </w:r>
      <w:proofErr w:type="gramEnd"/>
      <w:r>
        <w:t xml:space="preserve"> make Glastonbury distinctive?</w:t>
      </w:r>
    </w:p>
    <w:p w14:paraId="01E5BD66" w14:textId="77777777" w:rsidR="00AF3C2F" w:rsidRDefault="00AF3C2F" w:rsidP="00AF3C2F">
      <w:r>
        <w:t>_________________________________________________________________________________________________________</w:t>
      </w:r>
    </w:p>
    <w:p w14:paraId="659FAE38" w14:textId="77777777" w:rsidR="00AF3C2F" w:rsidRDefault="00AF3C2F" w:rsidP="00AF3C2F">
      <w:r>
        <w:t>_________________________________________________________________________________________________________</w:t>
      </w:r>
    </w:p>
    <w:p w14:paraId="44E15A89" w14:textId="77777777" w:rsidR="00017CE0" w:rsidRDefault="00000000">
      <w:pPr>
        <w:pStyle w:val="Heading1"/>
      </w:pPr>
      <w:r>
        <w:t>Part C - Sense of Place</w:t>
      </w:r>
    </w:p>
    <w:p w14:paraId="145B18F7" w14:textId="77777777" w:rsidR="00017CE0" w:rsidRDefault="00000000">
      <w:r>
        <w:t>Different groups may view Glastonbury differently: pilgrims (spiritual), tourists (interesting), festival-goers (exciting), local residents (home).</w:t>
      </w:r>
    </w:p>
    <w:p w14:paraId="05D97222" w14:textId="77777777" w:rsidR="00017CE0" w:rsidRDefault="00000000">
      <w:r>
        <w:t>6. Why might a pilgrim and a tourist have different senses of place?</w:t>
      </w:r>
    </w:p>
    <w:p w14:paraId="4796BDF7" w14:textId="77777777" w:rsidR="00AF3C2F" w:rsidRDefault="00AF3C2F" w:rsidP="00AF3C2F">
      <w:r>
        <w:lastRenderedPageBreak/>
        <w:t>_________________________________________________________________________________________________________</w:t>
      </w:r>
    </w:p>
    <w:p w14:paraId="7D02934E" w14:textId="77777777" w:rsidR="00AF3C2F" w:rsidRDefault="00AF3C2F" w:rsidP="00AF3C2F">
      <w:r>
        <w:t>_________________________________________________________________________________________________________</w:t>
      </w:r>
    </w:p>
    <w:p w14:paraId="779D078B" w14:textId="77777777" w:rsidR="00017CE0" w:rsidRDefault="00000000">
      <w:r>
        <w:t>7. Complete the sentence: Sense of place is subjective because...</w:t>
      </w:r>
    </w:p>
    <w:p w14:paraId="66DA0AB9" w14:textId="77777777" w:rsidR="00AF3C2F" w:rsidRDefault="00AF3C2F" w:rsidP="00AF3C2F">
      <w:r>
        <w:t>_________________________________________________________________________________________________________</w:t>
      </w:r>
    </w:p>
    <w:p w14:paraId="55DA50EB" w14:textId="77777777" w:rsidR="00AF3C2F" w:rsidRDefault="00AF3C2F" w:rsidP="00AF3C2F">
      <w:r>
        <w:t>_________________________________________________________________________________________________________</w:t>
      </w:r>
    </w:p>
    <w:p w14:paraId="699016BF" w14:textId="77777777" w:rsidR="00017CE0" w:rsidRDefault="00000000">
      <w:pPr>
        <w:pStyle w:val="Heading1"/>
      </w:pPr>
      <w:r>
        <w:t>Challenge Task</w:t>
      </w:r>
    </w:p>
    <w:p w14:paraId="57C597E5" w14:textId="77777777" w:rsidR="00017CE0" w:rsidRDefault="00000000">
      <w:r>
        <w:t>Explain why Glastonbury is more than just a location on a map.</w:t>
      </w:r>
    </w:p>
    <w:p w14:paraId="6597EE9F" w14:textId="77777777" w:rsidR="00AF3C2F" w:rsidRDefault="00000000" w:rsidP="00AF3C2F">
      <w:r>
        <w:br/>
      </w:r>
      <w:r>
        <w:br/>
      </w:r>
      <w:r w:rsidR="00AF3C2F">
        <w:t>_________________________________________________________________________________________________________</w:t>
      </w:r>
    </w:p>
    <w:p w14:paraId="66151A4F" w14:textId="77777777" w:rsidR="00AF3C2F" w:rsidRDefault="00AF3C2F" w:rsidP="00AF3C2F">
      <w:r>
        <w:t>_________________________________________________________________________________________________________</w:t>
      </w:r>
    </w:p>
    <w:p w14:paraId="40024287" w14:textId="77777777" w:rsidR="00AF3C2F" w:rsidRDefault="00AF3C2F" w:rsidP="00AF3C2F">
      <w:r>
        <w:t>_________________________________________________________________________________________________________</w:t>
      </w:r>
    </w:p>
    <w:p w14:paraId="5261055B" w14:textId="529F3006" w:rsidR="00017CE0" w:rsidRDefault="00017CE0" w:rsidP="00AF3C2F"/>
    <w:sectPr w:rsidR="00017CE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9389212">
    <w:abstractNumId w:val="8"/>
  </w:num>
  <w:num w:numId="2" w16cid:durableId="958299470">
    <w:abstractNumId w:val="6"/>
  </w:num>
  <w:num w:numId="3" w16cid:durableId="1496342806">
    <w:abstractNumId w:val="5"/>
  </w:num>
  <w:num w:numId="4" w16cid:durableId="1936013736">
    <w:abstractNumId w:val="4"/>
  </w:num>
  <w:num w:numId="5" w16cid:durableId="19211952">
    <w:abstractNumId w:val="7"/>
  </w:num>
  <w:num w:numId="6" w16cid:durableId="1894920820">
    <w:abstractNumId w:val="3"/>
  </w:num>
  <w:num w:numId="7" w16cid:durableId="1738898590">
    <w:abstractNumId w:val="2"/>
  </w:num>
  <w:num w:numId="8" w16cid:durableId="281959616">
    <w:abstractNumId w:val="1"/>
  </w:num>
  <w:num w:numId="9" w16cid:durableId="487938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CE0"/>
    <w:rsid w:val="00034616"/>
    <w:rsid w:val="0006063C"/>
    <w:rsid w:val="000D34C7"/>
    <w:rsid w:val="0015074B"/>
    <w:rsid w:val="0029639D"/>
    <w:rsid w:val="00326F90"/>
    <w:rsid w:val="0089102F"/>
    <w:rsid w:val="00AA1D8D"/>
    <w:rsid w:val="00AF3C2F"/>
    <w:rsid w:val="00B47730"/>
    <w:rsid w:val="00CB0664"/>
    <w:rsid w:val="00D70C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E9A766"/>
  <w14:defaultImageDpi w14:val="300"/>
  <w15:docId w15:val="{6D5E1A58-B050-44EF-850C-9CD0779BB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</dc:creator>
  <cp:keywords/>
  <dc:description>generated by python-docx</dc:description>
  <cp:lastModifiedBy>Георги Колев</cp:lastModifiedBy>
  <cp:revision>2</cp:revision>
  <dcterms:created xsi:type="dcterms:W3CDTF">2026-10-29T11:38:00Z</dcterms:created>
  <dcterms:modified xsi:type="dcterms:W3CDTF">2026-10-29T11:38:00Z</dcterms:modified>
  <cp:category/>
</cp:coreProperties>
</file>